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🎈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1864AB"/>
          <w:sz w:val="48"/>
          <w:rtl/>
          <w:szCs w:val="48"/>
          <w:bCs/>
        </w:rPr>
        <w:t>🎈 המשימה של שם המספר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מצגת־משימה אינטראקטיבית לחט״ב – מתווה מלא לשקופיות (גרסת מורה)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שקופית 1 – פתיחה: הסיפור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בעוד שבועיים ייערך ערב הכישרונות הגדול של בית הספר – עם להקות, ריקודים, סטנדאפ וקוסמים.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צוות ההפקה עובד מסביב לשעון: נוֹגָה הבמאית, עִידוֹ מהקופה, מַאיָה מעצבת השלטים ואָבִיב מהתאורה והסאונד.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אבל אתמול בלילה הם גילו בעיה: בכל ההזמנות, הכרטיסים והשלטים – המספרים כתובים במילים לא נכונות! "שתיים שקלים", "שלוש כרטיסים", "חמש עשר להקות"…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הצוות צריך אתכם. כל משימה שתפתרו מתקנת עוד חלק בהפקה – ומנפחת בלון אחד על הבמה. 12 בלונים מלאים = המסך עולה והערב יוצא לדרך! 🎉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🎨 עיצוב מוצע: הדמיית תלת־ממד צבעונית של צוות תלמידים מקשט במה עם בלונים.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שקופית 2 – צוות ההפקה ואיך משחקים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🎬 נוֹגָה – הבמאית. אחראית על הבמה, הסדר והספירה לאחור.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🎟️ עִידוֹ – אחראי על הכרטיסים, הקופה והמחסן.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🎨 מַאיָה – מעצבת את השלטים, ההזמנות והתוכנייה.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💡 אָבִיב – אחראי/ת על התאורה, המסך והסאונד.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קוראים את קטע הסיפור ואת כרטיס הכלל 💡.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פותרים את המשימה – גוררים, לוחצים או בוחרים (אפשר גם להקיש: בוחרים כרטיס ואז את המקום).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על כל תשובה מקבלים משוב מיד. טעיתם? נסו שוב – אחרי שתי טעויות מופיע רמז.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משימה שהושלמה = בלון מתנפח 🎈 ומד ההתקדמות מתמלא.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בסוף: משחק קבוצות עם שאלות מכל המשימות!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שקופית 3 – משימה 1: ⏳ הספירה לאחור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📖 נוגה מתרגלת את הספירה לאחור לפני שהמסך עולה. היא סופרת בקול – אבל התבלבלה בסדר!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כשסופרים "סתם" – בלי שם עצם – משתמשים בצורת הנקבה: אחת, שתיים, שלוש, ארבע… עשר. כך גם בתרגילי חשבון, במספרי טלפון ובמספר של קו האוטובוס: "קו חמש", "שלוש ועוד ארבע".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✏️ לחצו על המספרים לפי הסדר – מהגדול לקטן, מעשר עד אחת. (סוג פעילות: לחיצה לפי הסדר)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מספרים: אחת · ארבע · חמש · עשר · שבע · שלוש · שמונה · שש · שתיים · תשע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✔ תשובות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עשר ← תשע ← שמונה ← שבע ← שש ← חמש ← ארבע ← שלוש ← שתיים ← אחת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💡 רמז (מופיע אחרי 2 טעויות): התחילו מהמספר הגדול ביותר: עשר. אחריו בא תשע.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שקופית 4 – משימה 2: ⚖️ זכר או נקבה?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📖 עידו מסדר את המחסן של ההפקה. כדי לכתוב שלט ספירה נכון לכל דבר, צריך קודם לדעת: זכר או נקבה?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את המין קובעים לפי צורת היחיד – לא לפי הרבים! שולחן ← שולחנות, חלון ← חלונות, מקום ← מקומות – כולם זכר. דלת – נקבה, גם בלי ה׳ בסוף. טיפ: בודקים עם "אחד/אחת": שולחן אחד, דלת אחת.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✏️ גררו כל מילה לסל המתאים: זכר 🔵 או נקבה 🟠. (סוג פעילות: גרירה למיון (2 סלים))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מילים: כיסא · במה · כרטיס · מנורה · שולחן · להקה · חלון · דלת · שיר · תמונה · מקום · עוגה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✔ תשובות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זכר 🔵: כיסא, כרטיס, שולחן, חלון, שיר, מקום | נקבה 🟠: במה, מנורה, להקה, דלת, תמונה, עוגה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💡 רמז (מופיע אחרי 2 טעויות): נסו לומר "אחד" או "אחת" אחרי המילה: כיסא אחד? דלת אחת?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שקופית 5 – משימה 3: 🪑 כיסאות ומנורות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📖 עכשיו עידו כותב שלטי ספירה למחסן: כמה כיסאות, כמה מנורות, כמה שולחנות. כל מספר צריך להתאים לשם העצם שלו.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במספרים 3–10: עם שם עצם בזכר – המספר מסתיים ב־ה: שלושה כיסאות, חמישה שולחנות. עם שם עצם בנקבה – בלי ה: שלוש מנורות, חמש עוגות. זה נראה "הפוך", אז זוכרים: זכר + ה׳! (8 – "שמונה" – זהה בשניהם.)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✏️ גררו לכל שלט את המספר המתאים במילים. כל מספר מתאים לשלט אחד בלבד. (סוג פעילות: גרירה אחד־לאחד)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3 כיסאות → 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3 מנורות → 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5 שולחנות → 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5 עוגות → 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7 שירים → 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7 להקות → 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10 חלונות → 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10 דלתות → 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מספרים: חמישה · חמש · עשר · עשרה · שבע · שבעה · שלוש · שלושה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✔ תשובות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 כיסאות – שלושה · 3 מנורות – שלוש · 5 שולחנות – חמישה · 5 עוגות – חמש · 7 שירים – שבעה · 7 להקות – שבע · 10 חלונות – עשרה · 10 דלתות – עשר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💡 רמז (מופיע אחרי 2 טעויות): כיסא – זכר, ולכן המספר עם ה׳ בסוף. מנורה – נקבה, ולכן בלי ה׳.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שקופית 6 – משימה 4: 👀 מבט חטוף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📖 אביב בודק את המסך הגדול: כל שקופית מופיעה לשלוש שניות בלבד. הסתכלו טוב – ואז בחרו איך כותבים במילים את מה שראיתם.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קודם קובעים את המין של שם העצם (כיסא – זכר, גיטרה – נקבה), ואז בוחרים: זכר ← מספר עם ה׳ (שישה כיסאות); נקבה ← מספר בלי ה׳ (שש גיטרות).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✏️ לחצו "הציגו", הסתכלו על השקופית – ובחרו את הכתיב הנכון. (סוג פעילות: מבט חטוף + בחירה)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6 כיסאות → שישה כיסאות / שישית כיסאות / שש כיסאות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4 עוגות → ארבע עוגות / ארבעה עוגות / ארבעת עוגות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9 בלונים → תשיעי בלונים / תשע בלונים / תשעה בלונים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3 מצלמות → שלוש מצלמות / שלושה מצלמות / שלושת מצלמות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7 גיטרות → שביעית גיטרות / שבע גיטרות / שבעה גיטרות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5 תופים → חמישה תופים / חמש תופים / חמשת תופים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✔ תשובות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שישה כיסאות · ארבע עוגות · תשעה בלונים · שלוש מצלמות · שבע גיטרות · חמישה תופים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💡 רמז (מופיע אחרי 2 טעויות): מה המין של המילה? נסו לומר אחריה "אחד" או "אחת".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שקופית 7 – משימה 5: 🎟️ אחד, שני ושתי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📖 עידו מדפיס את הכרטיסים ואת השלטים לשורות השמורות. במשפטים חסרות מילים – והוא לא בטוח איזו מילה ואיפה.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 בא אחרי שם העצם: כרטיס אחד, שורה אחת (ולא "אחד כרטיס"). 2 לפני שם עצם בא בצורה קצרה: שני כרטיסים, שתי שורות. בלי שם עצם אחריו: שניים, שתיים ("כמה כרטיסים? שניים").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✏️ גררו למקום הריק את המילה המתאימה (או הקישו על המילה ואז על המקום). (סוג פעילות: גרירה למשבצת במשפט)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קיבלתי כרטיס ______ בלבד. [אחד / אחת]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שמרו לנו ______ שורות באולם. [שני / שתי / שתיים]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על הבמה עמדו ______ מיקרופונים. [שני / שניים / שתי]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נשארה רק להקה ______ לחזרה. [אחד / אחת]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– כמה כרטיסים קניתם? – ______. [שני / שניים / שתיים]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– כמה שורות שמרו? – ______. [שניים / שתי / שתיים]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✔ תשובות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קיבלתי כרטיס אחד בלבד. · שמרו לנו שתי שורות באולם. · על הבמה עמדו שני מיקרופונים. · נשארה רק להקה אחת לחזרה. · – כמה כרטיסים קניתם? – שניים. · – כמה שורות שמרו? – שתיים.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💡 רמז (מופיע אחרי 2 טעויות): יש שם עצם אחרי המקום הריק? אם כן – הצורה הקצרה (שני / שתי). אם לא – שניים / שתיים.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שקופית 8 – משימה 6: 🔟 בין 11 ל־19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📖 נוגה מכינה את רשימת המשתתפים: 11 שירים, 12 רקדניות, 15 דקות הפסקה… כל מספר בנוי משני חלקים.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11–19 בזכר: יחידה עם ה׳ + "עשר": שלושה עשר תלמידים, חמישה עשר שירים. בנקבה: יחידה בלי ה׳ + "עשרה": שלוש עשרה תלמידות, חמש עשרה דקות. שימו לב לכתיב: "שנים עשר" ו"שתים עשרה" – ביו״ד אחת! (אפשר לכתוב גם במקף: שלושה־עשר.)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✏️ בנו כל מספר משני חלקים: בחרו את חלק היחידות ואת "עשר" או "עשרה". (סוג פעילות: בניית מספר משני חלקים)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11 שירים → 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12 רקדניות → 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13 תלמידים → 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15 דקות → 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14 כיסאות → 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18 שורות → ______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✔ תשובות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אחד עשר שירים · שתים עשרה רקדניות · שלושה עשר תלמידים · חמש עשרה דקות · ארבעה עשר כיסאות · שמונה עשרה שורות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💡 רמז (מופיע אחרי 2 טעויות): בזכר: ה׳ בחלק הראשון ("שלושה"), בנקבה: ה׳ בחלק השני ("עשרה"). ה׳ מופיעה רק פעם אחת!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שקופית 9 – משימה 7: 💰 הקופה של עידו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📖 אחרי מכירת הכרטיסים עידו סופר את הכסף בקופה. כל שטר מסומן בערך שלו. ספרו – וגררו את התווית הנכונה.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"מאה" – נקבה, ולכן: שלוש מאות, חמש מאות (200 = מאתיים). "אלף" – זכר, ובא אחרי מספר בצורת סמיכות: שלושת אלפים, חמשת אלפים, עשרת אלפים (2000 = אלפיים). העשרות (עשרים, שלושים…) – זהות בזכר ובנקבה. ו׳ החיבור באה לפני החלק האחרון: מאה וחמישים.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✏️ ספרו כמה כסף יש בכל ערימה, וגררו לקופה את הסכום הכתוב נכון. (סוג פעילות: ספירה וגרירת תווית)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100 ₪ + 100 ₪ → מאתיים שקלים / שני מאות שקלים / שתי מאות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100 ₪ + 100 ₪ + 100 ₪ → שלוש מאות שקלים / שלושה מאות שקלים / שלושת מאות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1000 ₪ + 1000 ₪ → אלפיים שקלים / שני אלפים שקלים / שתיים אלף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1000 ₪ + 1000 ₪ + 1000 ₪ + 1000 ₪ + 1000 ₪ → חמישה אלף שקלים / חמש אלפים שקלים / חמשת אלפים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10 ₪ + 10 ₪ + 10 ₪ + 10 ₪ → ארבעה עשר שקלים / ארבעה עשרות שקלים / ארבעים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100 ₪ + 10 ₪ + 10 ₪ + 10 ₪ + 10 ₪ + 10 ₪ → מאה וחמישה שקלים / מאה וחמישים שקלים / מאה חמישים שקלים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✔ תשובות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מאתיים שקלים · שלוש מאות שקלים · אלפיים שקלים · חמשת אלפים שקלים · ארבעים שקלים · מאה וחמישים שקלים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💡 רמז (מופיע אחרי 2 טעויות): כמה שטרות יש? אם הם של 100 – "מאות" (נקבה: שלוש מאות). אם של 1000 – "אלפים" (שלושת אלפים).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שקופית 10 – משימה 8: 🏆 שלושת הזוכים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📖 בסוף הערב נוגה תכריז על הזוכים. היא מתרגלת את נאום הסיום – אבל חסרות לה מילים.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לפני שם עצם מיודע (עם ה׳ הידיעה) המספר בא בסמיכות: שלושת הזוכים, חמשת השירים, עשרת הכרטיסים, שני המנחים. בנקבה הצורה כמעט לא משתנה: שלוש השופטות, ארבע הלהקות, שתי הקבוצות. בלי ה׳ הידיעה: שלושה זוכים – אבל: שלושת הזוכים.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✏️ השלימו את המשפטים: גררו את המספר המתאים למקום הריק. (סוג פעילות: גרירה למשבצת במשפט)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______ הזוכים יעלו לבמה. (3) [שלושה / שלושת]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______ הקבוצות קיבלו תעודה. (2) [שתי / שתיים]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______ השירים הראשונים היו מרגשים. (5) [חמישה / חמשת]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______ השופטות ישבו בשורה הראשונה. (4) [ארבע / ארבעה / ארבעת]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______ הכרטיסים האחרונים נמכרו. (10) [עשרה / עשרת]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______ המנחים עלו יחד לבמה. (2) [שני / שניים]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✔ תשובות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שלושת הזוכים יעלו לבמה. (3) · שתי הקבוצות קיבלו תעודה. (2) · חמשת השירים הראשונים היו מרגשים. (5) · ארבע השופטות ישבו בשורה הראשונה. (4) · עשרת הכרטיסים האחרונים נמכרו. (10) · שני המנחים עלו יחד לבמה. (2)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💡 רמז (מופיע אחרי 2 טעויות): יש ה׳ הידיעה בשם העצם? בזכר בוחרים את הצורה שמסתיימת ב־ת (שלושת), ו"שני" במקום "שניים".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שקופית 11 – משימה 9: 🥇 סדר ההופעות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📖 מאיה מעצבת את התוכנייה. היא צריכה לכתוב במילים את המקום של כל הופעה בתור.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מספר יסודי עונה על "כמה?" (שלושה שירים). מספר סודר עונה על "איזה בתור?" (השיר השלישי). ל־1–10 יש צורות מיוחדות: ראשון/ראשונה, שני/שנייה, שלישי/שלישית … עשירי/עשירית. מ־11 ומעלה משתמשים במספר היסודי עם ה׳ הידיעה: המופע האחד עשר, השורה השתים עשרה. הסודר מתאים במין לשם העצם.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✏️ גררו לכל שורה בתוכנייה את המספר הסודר המתאים. (סוג פעילות: גרירה אחד־לאחד)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ההופעה ה־1 → 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השיר ה־2 → 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ההופעה ה־3 → 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הריקוד ה־4 → 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המקום ה־6 → 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ההופעה ה־10 → 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המופע ה־11 → 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השורה ה־12 → 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מספרים: האחד עשר · העשירית · הראשונה · הרביעי · השישי · השלישית · השני · השתים עשרה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✔ תשובות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ההופעה ה־1 – הראשונה · השיר ה־2 – השני · ההופעה ה־3 – השלישית · הריקוד ה־4 – הרביעי · המקום ה־6 – השישי · ההופעה ה־10 – העשירית · המופע ה־11 – האחד עשר · השורה ה־12 – השתים עשרה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💡 רמז (מופיע אחרי 2 טעויות): "הופעה" ו"שורה" – נקבה (הראשונה, השלישית). "שיר", "ריקוד", "מקום" – זכר (השני, הרביעי).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שקופית 12 – משימה 10: 📅 תאריך, שעה ומחיר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📖 נוגה מקריאה את ההזמנה בכריזה של בית הספר. היא צריכה לקרוא כל מספר במילים – בקול ובלי לגמגם.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תאריך: הימים בחודש – בזכר (כי הכוונה ל"יום"): באחד בינואר, בחמישה בדצמבר, חמישה עשר בשבט. שעה – בנקבה ("שעה" נקבה): בשבע, בשתיים, באחת וחצי. שנה – בנקבה: שנת אלפיים עשרים ושש. מחיר – לפי המטבע: שקל זכר (שני שקלים, חמישה שקלים), אגורה נקבה (חמישים אגורות). ציון, מספר טלפון, מספר חדר – מספר "סתם", בנקבה: תשעים וחמש.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✏️ בחרו איך קוראים נכון את המספר שבסוגריים, וגררו אותו למקום הריק. (סוג פעילות: גרירה למשבצת במשפט)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הערב ייערך ב־______ בדצמבר. (5) [חמישה / חמש]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ההופעות יתחילו בשעה ______ בערב. (7) [שבע / שבעה]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כרטיס לילדים עולה ______. (2 ₪) [שני שקלים / שתי שקלים / שתיים שקלים]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ערב הכישרונות של שנת ______. (2026) [אלפיים עשרים ושישה / אלפיים עשרים ושש]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ההרשמה תיפתח ב־______ בינואר. (1) [אחד / אחת]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השופטים נתנו להופעה ציון ______. (95) [תשעים וחמישה / תשעים וחמש]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✔ תשובות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הערב ייערך ב־חמישה בדצמבר. (5) · ההופעות יתחילו בשעה שבע בערב. (7) · כרטיס לילדים עולה שני שקלים. (2 ₪) · ערב הכישרונות של שנת אלפיים עשרים ושש. (2026) · ההרשמה תיפתח ב־אחד בינואר. (1) · השופטים נתנו להופעה ציון תשעים וחמש. (95)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💡 רמז (מופיע אחרי 2 טעויות): תאריך = יום (זכר). שעה ושנה = נקבה. מחיר – לפי "שקל" (זכר).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שקופית 13 – משימה 11: 🔍 צדים טעויות במודעה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📖 רגע לפני ההדפסה מאיה גילתה שבמודעה הגדולה נשארו טעויות בשם המספר. מצאו אותן ותקנו – לפני שהמודעה נתלית בכל המסדרונות!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הטעויות הנפוצות: "שתיים שקלים" ← שני שקלים; "שלוש כרטיסים" ← שלושה כרטיסים; "אחד מנחה" ← מנחה אחד; "חמש עשר להקות" ← חמש עשרה להקות; "שלושה מאות" ← שלוש מאות.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✏️ הקישו על כל ביטוי שיש בו טעות, ובחרו את התיקון. זהירות – חלק מהביטויים דווקא נכונים! (סוג פעילות: ציד טעויות בטקסט)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🎉 ערב הכישרונות הגדול! כרטיס לילדים: שתיים שקלים בלבד. מבצע: שלוש כרטיסים ב־20 ₪! אחד מנחה ינחה את הערב, וחמש עשר להקות יופיעו. באולם יש שלושה מאות כיסאות. יהיו שתי הפסקות של עשר דקות. ההרשמה נסגרת בעוד שלושה ימים!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✔ תשובות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שתיים שקלים ← שני שקלים · שלוש כרטיסים ← שלושה כרטיסים · אחד מנחה ← מנחה אחד · חמש עשר להקות ← חמש עשרה להקות · שלושה מאות כיסאות ← שלוש מאות כיסאות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💡 רמז (מופיע אחרי 2 טעויות): בדקו בכל ביטוי: מה המין של שם העצם? יש שם עצם אחרי "שתיים"? איפה עומד "אחד"?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שקופית 14 – משימה 12: 🧮 המספר הגדול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📖 המסך עלה! אביב סופר את הקהל ואת הכסף, ומכין את לוח התוצאות. עכשיו צריך לבנות במילים מספרים גדולים – וגם את האפס.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בונים מהגדול לקטן: אלפים ← מאות ← עשרות ← יחידות, ו־ו׳ החיבור לפני החלק האחרון: שלוש מאות ארבעים וחמישה. היחידות מתאימות במין לשם העצם: עשרים ואחת תלמידות, עשרים ואחד תלמידים. "אפס" – אותו דבר בזכר ובנקבה, ובא לפני שם העצם ברבים: אפס נקודות, אפס בלונים.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✏️ בנו כל מספר במילים: הקישו על הכרטיסים לפי הסדר הנכון. יש כרטיסים מיותרים! (סוג פעילות: בניית מספר מכרטיסים)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345 צופים → ______ [ארבעים · וחמישה · וחמש · שלוש מאות · שלושה מאות]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0 נקודות בתחילת המשחק → ______ [אפס · אפסים · נקודה · נקודות]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1,250 שקלים → ______ [אלף · וחמישים · חמישים · מאתיים · שקלים · שתי מאות]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21 תלמידות → ______ [ואחד · ואחת · עשרים · תלמידה · תלמידות]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שנת 2026 → ______ [אלפיים · ושישה · ושש · עשרים · שני אלף]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✔ תשובות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345 צופים → שלוש מאות ארבעים וחמישה · 0 נקודות בתחילת המשחק → אפס נקודות · 1,250 שקלים → אלף מאתיים וחמישים שקלים · 21 תלמידות → עשרים ואחת תלמידות · שנת 2026 → אלפיים עשרים ושש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💡 רמז (מופיע אחרי 2 טעויות): התחילו מהחלק הגדול ביותר. ו׳ החיבור – רק בחלק האחרון.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שקופית 15 – המסך עולה!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12 בלונים על הבמה – המסך עולה! 🎭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בזכותכם כל ההזמנות, הכרטיסים והשלטים כתובים נכון.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נוגה, עידו, מאיה ואביב מודים לכם – ומזמינים את הכיתה לקרב הקבוצות הגדול.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שקופית 16 – קרב הקבוצות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שתי קבוצות בתורות; נכון = 10 נקודות; טעות – הקבוצה השנייה יכולה לגנוב (5 נקודות). השאלות: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כשסופרים בלי שם עצם (אחת, שתיים…) משתמשים בצורת: – נקבה / זכר (✔ נקבה)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איך אומרים 5 בספירה רגילה? – חמש / חמישה (✔ חמש)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"קו האוטובוס ___" (7) – שבע / שבעה (✔ שבע)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"שולחנות" – מה המין של שולחן? – זכר / נקבה (✔ זכר)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"דלת" היא: – נקבה / זכר (✔ נקבה)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את המין של שם עצם בודקים לפי: – צורת היחיד / צורת הרבים (✔ צורת היחיד)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___ כיסאות (3) – שלושה / שלוש (✔ שלושה)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___ מנורות (5) – חמש / חמישה (✔ חמש)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___ חלונות (10) – עשרה / עשר (✔ עשרה)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___ בלונים (9) – תשעה / תשע (✔ תשעה)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___ גיטרות (7) – שבע / שבעה (✔ שבע)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___ מצלמות (3) – שלוש / שלושה (✔ שלוש)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שמרו לנו ___ שורות – שתי / שתיים (✔ שתי)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קיבלתי כרטיס ___ – אחד / אחת (✔ אחד)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15. – כמה כרטיסים? – ___ – שניים / שני (✔ שניים)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16. ___ דקות (15) – חמש עשרה / חמישה עשר (✔ חמש עשרה)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17. ___ תלמידים (13) – שלושה עשר / שלוש עשרה (✔ שלושה עשר)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18. איך כותבים 12 בנקבה? – שתים עשרה / שתיים עשרה (✔ שתים עשרה)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19. 300 שקלים =  – שלוש מאות שקלים / שלושה מאות שקלים (✔ שלוש מאות שקלים)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20. 5000 =  – חמשת אלפים / חמש אלפים (✔ חמשת אלפים)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21. 200 =  – מאתיים / שתי מאות (✔ מאתיים)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22. ___ הזוכים (3) – שלושת / שלושה (✔ שלושת)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23. ___ המנחים (2) – שני / שניים (✔ שני)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24. ___ השופטות (4) – ארבע / ארבעת (✔ ארבע)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25. ההופעה ה־3 = ההופעה ___ – השלישית / השלישי (✔ השלישית)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26. המופע ה־11 = המופע ___ – האחד עשר / האחד עשרה (✔ האחד עשר)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27. "שלושה שירים" – המספר הוא: – יסודי / סודר (✔ יסודי)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28. ב־___ בדצמבר (5) – חמישה / חמש (✔ חמישה)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29. בשעה ___ (7) – שבע / שבעה (✔ שבע)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30. 2 ₪ =  – שני שקלים / שתיים שקלים (✔ שני שקלים)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31. מה נכון? – שני שקלים / שתיים שקלים (✔ שני שקלים)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32. מה נכון? – מנחה אחד / אחד מנחה (✔ מנחה אחד)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33. מה נכון? – שלוש מאות כיסאות / שלושה מאות כיסאות (✔ שלוש מאות כיסאות)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34. 345 צופים = שלוש מאות ארבעים ___ – וחמישה / וחמש (✔ וחמישה)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35. 0 נקודות =  – אפס נקודות / אפס נקודה (✔ אפס נקודות)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36. 21 תלמידות = עשרים ___ תלמידות – ואחת / ואחד (✔ ואחת)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המשימה של שם המספר – מתווה המצגת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